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 עבור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מרכזיות על מועד החג וחגיגתו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ביתא ישראל יוצאי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פירושה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(השתחוויה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(קהילת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עתיקה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(השנה שבה הוכר החג כחג 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(הזמן שחולף מיום הכיפורים עד הסיגד)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חוגגים את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הקהילה חוגגת ומציינת את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 פירושה השתחוויה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החג חל חמישים יום אחרי יום הכיפורים, וזה מסמל המשכיות רוחנית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קהילת ביתא ישראל יוצאי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חגים של קהילות שונות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זמנים ויזואלי להסבר החמישים יום מיום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הקצרה לדיון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קהילת ביתא ישראל, יוצאי אתיופיה, החל חמישים יום אחרי יום הכיפורים. בדף זה נתרגל מושגים וידע הקשורים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סיגד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משנת כמה הסיגד הוא 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ביתא ישראל יוצאי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שפה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לאומי בישראל משנת 2008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ביתא ישראל היא קהילה של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פירושה 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נקרא כך בשפת געז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של קהילת __________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סיגד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החג חל חמישים יום אחרי יום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משנת 2008 הסיגד הוא חג __________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קהילת ביתא ישראל הם יוצאי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השנה שבה הוכר החג כחג לאומי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עתיקה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הזמן שחולף מיום הכיפורים עד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4. 2008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קהילת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50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השתחוויה בשפת 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חמישים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את יום הכיפורים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חוגגת ומציינת את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 חג הסיגד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המשמעות של המילה 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מתי חל חג הסיגד ולמה התאריך הזה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אחרי יום הכיפורים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קהילה מגיע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