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 עבור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מרכזיות על מועד החג וחגיגתו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ביתא ישראל יוצאי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פירושה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(השתחוויה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(קהילת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עתיקה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(השנה שבה הוכר החג כחג 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(הזמן שחולף מיום הכיפורים עד הסיגד)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חוגגים את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הקהילה חוגגת ומציינת את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 פירושה השתחוויה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 חל חמישים יום אחרי יום הכיפורים, וזה מסמל המשכיות רוחנית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קהילת ביתא ישראל יוצאי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חגים של קהילות שונות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זמנים ויזואלי להסבר החמישים יום מיום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הקצרה לדיון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חשוב. הוא חל חמישים יום אחרי יום כיפור. בדף נלמד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בשפת געז שפירושה השתחוויה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של קהילת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שמוכר רשמית במדינה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הכיפורים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שאחריו חל הסיגד כעבור 50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השתחוויה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רכינה כסימן 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בקהילת ביתא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יש בין יום כיפור לסיגד?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שנה הסיגד הוא חג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של מי החג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ביתא ישראל יוצאי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מאיזו שפה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לאומי בישראל משנת 2008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ביתא ישראל היא קהילה של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פירושה 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נקרא כך בשפת געז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קהילת __________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סיגד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חל חמישים יום אחרי יום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משנת 2008 הסיגד הוא חג __________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קהילת ביתא ישראל הם יוצאי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הזמן שחולף מיום הכיפורים עד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עתיקה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השנה שבה הוכר החג כחג 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4. 2008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השתחוויה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50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קהילת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חמישים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את יום הכיפורים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 חג הסיגד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חוגגת ומציינת את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המשמעות של המילה 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מתי חל חג הסיגד ולמה התאריך הזה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אחרי יום הכיפורים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קהילה מגיע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